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762"/>
      </w:tblGrid>
      <w:tr w:rsidR="00556F1D" w14:paraId="07C96106" w14:textId="77777777">
        <w:trPr>
          <w:jc w:val="right"/>
        </w:trPr>
        <w:tc>
          <w:tcPr>
            <w:tcW w:w="4762" w:type="dxa"/>
            <w:tcBorders>
              <w:top w:val="single" w:sz="10" w:space="0" w:color="7F8C8D"/>
              <w:left w:val="single" w:sz="10" w:space="0" w:color="7F8C8D"/>
              <w:bottom w:val="single" w:sz="10" w:space="0" w:color="7F8C8D"/>
              <w:right w:val="single" w:sz="10" w:space="0" w:color="7F8C8D"/>
            </w:tcBorders>
            <w:shd w:val="clear" w:color="auto" w:fill="E9EFF3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23C8BBC" w14:textId="77777777" w:rsidR="00556F1D" w:rsidRDefault="00000000">
            <w:pPr>
              <w:jc w:val="center"/>
            </w:pPr>
            <w:r>
              <w:rPr>
                <w:b/>
              </w:rPr>
              <w:t>ÉRTÉKELÉS – a felvételi bizottság tölti ki</w:t>
            </w:r>
          </w:p>
        </w:tc>
      </w:tr>
      <w:tr w:rsidR="00556F1D" w14:paraId="1DE28D0F" w14:textId="77777777">
        <w:trPr>
          <w:jc w:val="right"/>
        </w:trPr>
        <w:tc>
          <w:tcPr>
            <w:tcW w:w="4762" w:type="dxa"/>
            <w:tcBorders>
              <w:top w:val="single" w:sz="10" w:space="0" w:color="7F8C8D"/>
              <w:left w:val="single" w:sz="10" w:space="0" w:color="7F8C8D"/>
              <w:bottom w:val="single" w:sz="10" w:space="0" w:color="7F8C8D"/>
              <w:right w:val="single" w:sz="10" w:space="0" w:color="7F8C8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39BDFB9" w14:textId="77777777" w:rsidR="00556F1D" w:rsidRDefault="00000000">
            <w:pPr>
              <w:jc w:val="center"/>
            </w:pPr>
            <w:r>
              <w:rPr>
                <w:b/>
              </w:rPr>
              <w:t>☐ ELFOGADVA   ☐ ELUTASÍTVA</w:t>
            </w:r>
          </w:p>
        </w:tc>
      </w:tr>
    </w:tbl>
    <w:p w14:paraId="4F8430F4" w14:textId="77777777" w:rsidR="000F5498" w:rsidRDefault="000F5498">
      <w:pPr>
        <w:spacing w:before="100" w:after="160"/>
        <w:jc w:val="center"/>
        <w:rPr>
          <w:b/>
        </w:rPr>
      </w:pPr>
    </w:p>
    <w:p w14:paraId="174A2B8E" w14:textId="6D7C2AD5" w:rsidR="00556F1D" w:rsidRDefault="00000000">
      <w:pPr>
        <w:spacing w:before="100" w:after="160"/>
        <w:jc w:val="center"/>
      </w:pPr>
      <w:r>
        <w:rPr>
          <w:b/>
        </w:rPr>
        <w:t>MOTIVÁCIÓS ESSZÉ</w:t>
      </w:r>
    </w:p>
    <w:p w14:paraId="1375956B" w14:textId="77777777" w:rsidR="00556F1D" w:rsidRDefault="00000000">
      <w:pPr>
        <w:spacing w:after="220"/>
        <w:jc w:val="center"/>
      </w:pPr>
      <w:r>
        <w:rPr>
          <w:i/>
          <w:color w:val="464646"/>
        </w:rPr>
        <w:t>a pedagógusi pálya választásáról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71"/>
        <w:gridCol w:w="6895"/>
      </w:tblGrid>
      <w:tr w:rsidR="00556F1D" w14:paraId="068A5158" w14:textId="77777777" w:rsidTr="00BF711B">
        <w:tc>
          <w:tcPr>
            <w:tcW w:w="1706" w:type="pct"/>
            <w:shd w:val="clear" w:color="auto" w:fill="E9EFF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F1F181" w14:textId="77777777" w:rsidR="00556F1D" w:rsidRDefault="00000000">
            <w:r>
              <w:rPr>
                <w:b/>
              </w:rPr>
              <w:t>Születési családi név (a születési anyakönyvi kivonat szerint)</w:t>
            </w:r>
          </w:p>
        </w:tc>
        <w:tc>
          <w:tcPr>
            <w:tcW w:w="3294" w:type="pct"/>
            <w:tcBorders>
              <w:bottom w:val="single" w:sz="8" w:space="0" w:color="7F8C8D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CAAE36" w14:textId="77777777" w:rsidR="00556F1D" w:rsidRDefault="00000000">
            <w:r>
              <w:t xml:space="preserve"> </w:t>
            </w:r>
          </w:p>
        </w:tc>
      </w:tr>
      <w:tr w:rsidR="00556F1D" w14:paraId="77525E03" w14:textId="77777777" w:rsidTr="00BF711B">
        <w:tc>
          <w:tcPr>
            <w:tcW w:w="1706" w:type="pct"/>
            <w:shd w:val="clear" w:color="auto" w:fill="E9EFF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5F5D09" w14:textId="77777777" w:rsidR="00556F1D" w:rsidRDefault="00000000">
            <w:r>
              <w:rPr>
                <w:b/>
              </w:rPr>
              <w:t>Utónév</w:t>
            </w:r>
          </w:p>
        </w:tc>
        <w:tc>
          <w:tcPr>
            <w:tcW w:w="3294" w:type="pct"/>
            <w:tcBorders>
              <w:bottom w:val="single" w:sz="8" w:space="0" w:color="7F8C8D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80E15B" w14:textId="77777777" w:rsidR="00556F1D" w:rsidRDefault="00000000">
            <w:r>
              <w:t xml:space="preserve"> </w:t>
            </w:r>
          </w:p>
        </w:tc>
      </w:tr>
      <w:tr w:rsidR="00556F1D" w14:paraId="0C8E5897" w14:textId="77777777" w:rsidTr="00BF711B">
        <w:tc>
          <w:tcPr>
            <w:tcW w:w="1706" w:type="pct"/>
            <w:shd w:val="clear" w:color="auto" w:fill="E9EFF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ED7FF8" w14:textId="77777777" w:rsidR="00556F1D" w:rsidRDefault="00000000">
            <w:r>
              <w:rPr>
                <w:b/>
              </w:rPr>
              <w:t>Kar</w:t>
            </w:r>
          </w:p>
        </w:tc>
        <w:tc>
          <w:tcPr>
            <w:tcW w:w="3294" w:type="pct"/>
            <w:tcBorders>
              <w:bottom w:val="single" w:sz="8" w:space="0" w:color="7F8C8D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530FB5" w14:textId="77777777" w:rsidR="00556F1D" w:rsidRDefault="00000000">
            <w:r>
              <w:t xml:space="preserve"> </w:t>
            </w:r>
          </w:p>
        </w:tc>
      </w:tr>
      <w:tr w:rsidR="00556F1D" w14:paraId="0A7C746F" w14:textId="77777777" w:rsidTr="00BF711B">
        <w:tc>
          <w:tcPr>
            <w:tcW w:w="1706" w:type="pct"/>
            <w:shd w:val="clear" w:color="auto" w:fill="E9EFF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E9576C" w14:textId="77777777" w:rsidR="00556F1D" w:rsidRDefault="00000000">
            <w:r>
              <w:rPr>
                <w:b/>
              </w:rPr>
              <w:t>Szak</w:t>
            </w:r>
          </w:p>
        </w:tc>
        <w:tc>
          <w:tcPr>
            <w:tcW w:w="3294" w:type="pct"/>
            <w:tcBorders>
              <w:bottom w:val="single" w:sz="8" w:space="0" w:color="7F8C8D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CB9769" w14:textId="77777777" w:rsidR="00556F1D" w:rsidRDefault="00000000">
            <w:r>
              <w:t xml:space="preserve"> </w:t>
            </w:r>
          </w:p>
        </w:tc>
      </w:tr>
      <w:tr w:rsidR="00556F1D" w14:paraId="4A4AB9D9" w14:textId="77777777" w:rsidTr="00BF711B">
        <w:tc>
          <w:tcPr>
            <w:tcW w:w="1706" w:type="pct"/>
            <w:shd w:val="clear" w:color="auto" w:fill="E9EFF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8B7F45" w14:textId="1113ECB3" w:rsidR="00556F1D" w:rsidRDefault="00000000">
            <w:proofErr w:type="spellStart"/>
            <w:r>
              <w:rPr>
                <w:b/>
              </w:rPr>
              <w:t>Oktatás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nyelve</w:t>
            </w:r>
            <w:proofErr w:type="spellEnd"/>
          </w:p>
        </w:tc>
        <w:tc>
          <w:tcPr>
            <w:tcW w:w="3294" w:type="pct"/>
            <w:tcBorders>
              <w:bottom w:val="single" w:sz="8" w:space="0" w:color="7F8C8D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9E55B3" w14:textId="49F0999C" w:rsidR="00556F1D" w:rsidRDefault="00000000">
            <w:r>
              <w:t xml:space="preserve"> </w:t>
            </w:r>
          </w:p>
        </w:tc>
      </w:tr>
    </w:tbl>
    <w:p w14:paraId="2FC8A38F" w14:textId="77777777" w:rsidR="00556F1D" w:rsidRDefault="00000000">
      <w:pPr>
        <w:spacing w:before="200" w:after="80"/>
      </w:pPr>
      <w:r>
        <w:rPr>
          <w:b/>
        </w:rPr>
        <w:t>Az esszé megírásának követelményei</w:t>
      </w:r>
    </w:p>
    <w:p w14:paraId="3F3763BD" w14:textId="77777777" w:rsidR="00556F1D" w:rsidRDefault="00000000" w:rsidP="00425609">
      <w:pPr>
        <w:spacing w:after="100"/>
        <w:jc w:val="both"/>
      </w:pPr>
      <w:r>
        <w:t>Mutassa be a pedagógusi pálya választásának személyes indokait és az ezt alátámasztó érveit. Emelje ki azokat az erősségeit, tulajdonságait és személyes készségeit, amelyek véleménye szerint alkalmassá teszik a pedagógusi pályára. Fejtse ki és indokolja meg, hogy a pedagógusi pályát személyes és szakmai fejlődésének elsődleges választásaként vagy alternatív lehetőségként kezeli-e.</w:t>
      </w:r>
    </w:p>
    <w:p w14:paraId="4AFA2BBE" w14:textId="00B40C8E" w:rsidR="00556F1D" w:rsidRDefault="00000000">
      <w:pPr>
        <w:spacing w:before="80" w:after="160"/>
      </w:pPr>
      <w:r>
        <w:rPr>
          <w:b/>
        </w:rPr>
        <w:t xml:space="preserve">Írjon legfeljebb 500 szóból </w:t>
      </w:r>
      <w:proofErr w:type="spellStart"/>
      <w:r>
        <w:rPr>
          <w:b/>
        </w:rPr>
        <w:t>álló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esszét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megközelítőleg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egy</w:t>
      </w:r>
      <w:proofErr w:type="spellEnd"/>
      <w:r>
        <w:rPr>
          <w:b/>
        </w:rPr>
        <w:t xml:space="preserve"> A4-es </w:t>
      </w:r>
      <w:proofErr w:type="spellStart"/>
      <w:r>
        <w:rPr>
          <w:b/>
        </w:rPr>
        <w:t>oldal</w:t>
      </w:r>
      <w:proofErr w:type="spellEnd"/>
      <w:r>
        <w:rPr>
          <w:b/>
        </w:rPr>
        <w:t>).</w:t>
      </w:r>
    </w:p>
    <w:p w14:paraId="3F316C59" w14:textId="7832E3A9" w:rsidR="00556F1D" w:rsidRDefault="00000000" w:rsidP="000F5498">
      <w:pPr>
        <w:jc w:val="center"/>
      </w:pPr>
      <w:r>
        <w:rPr>
          <w:b/>
        </w:rPr>
        <w:t>ESSZÉ</w:t>
      </w:r>
    </w:p>
    <w:p w14:paraId="6616637A" w14:textId="77777777" w:rsidR="00556F1D" w:rsidRDefault="00000000">
      <w:pPr>
        <w:spacing w:after="40"/>
      </w:pPr>
      <w:r>
        <w:rPr>
          <w:i/>
          <w:color w:val="5F5F5F"/>
        </w:rPr>
        <w:t>[Az alábbi helyre írja meg esszéjét, valamennyi felsorolt követelmény figyelembevételével.]</w:t>
      </w:r>
    </w:p>
    <w:p w14:paraId="5DE99E4E" w14:textId="5354D323" w:rsidR="00556F1D" w:rsidRPr="000F5498" w:rsidRDefault="00556F1D">
      <w:pPr>
        <w:spacing w:after="40"/>
      </w:pPr>
    </w:p>
    <w:p w14:paraId="1D7F9B69" w14:textId="77777777" w:rsidR="000F5498" w:rsidRPr="000F5498" w:rsidRDefault="000F5498">
      <w:pPr>
        <w:spacing w:after="40"/>
      </w:pPr>
    </w:p>
    <w:p w14:paraId="349D7CE1" w14:textId="77777777" w:rsidR="000F5498" w:rsidRPr="000F5498" w:rsidRDefault="000F5498">
      <w:pPr>
        <w:spacing w:after="40"/>
      </w:pPr>
    </w:p>
    <w:p w14:paraId="78D7F5B3" w14:textId="77777777" w:rsidR="000F5498" w:rsidRPr="000F5498" w:rsidRDefault="000F5498">
      <w:pPr>
        <w:spacing w:after="40"/>
      </w:pPr>
    </w:p>
    <w:p w14:paraId="7BEE4898" w14:textId="77777777" w:rsidR="000F5498" w:rsidRPr="000F5498" w:rsidRDefault="000F5498">
      <w:pPr>
        <w:spacing w:after="40"/>
      </w:pPr>
    </w:p>
    <w:p w14:paraId="379177CF" w14:textId="77777777" w:rsidR="000F5498" w:rsidRPr="000F5498" w:rsidRDefault="000F5498">
      <w:pPr>
        <w:spacing w:after="40"/>
      </w:pPr>
    </w:p>
    <w:p w14:paraId="491BE67B" w14:textId="77777777" w:rsidR="000F5498" w:rsidRPr="000F5498" w:rsidRDefault="000F5498">
      <w:pPr>
        <w:spacing w:after="40"/>
      </w:pPr>
    </w:p>
    <w:p w14:paraId="351456A5" w14:textId="77777777" w:rsidR="000F5498" w:rsidRPr="000F5498" w:rsidRDefault="000F5498">
      <w:pPr>
        <w:spacing w:after="40"/>
      </w:pPr>
    </w:p>
    <w:p w14:paraId="63CE51B5" w14:textId="77777777" w:rsidR="000F5498" w:rsidRPr="000F5498" w:rsidRDefault="000F5498">
      <w:pPr>
        <w:spacing w:after="40"/>
      </w:pPr>
    </w:p>
    <w:p w14:paraId="0A99AB25" w14:textId="77777777" w:rsidR="000F5498" w:rsidRPr="000F5498" w:rsidRDefault="000F5498">
      <w:pPr>
        <w:spacing w:after="40"/>
      </w:pPr>
    </w:p>
    <w:p w14:paraId="02FBBA40" w14:textId="77777777" w:rsidR="000F5498" w:rsidRPr="000F5498" w:rsidRDefault="000F5498">
      <w:pPr>
        <w:spacing w:after="40"/>
      </w:pPr>
    </w:p>
    <w:p w14:paraId="387C4E81" w14:textId="77777777" w:rsidR="000F5498" w:rsidRPr="000F5498" w:rsidRDefault="000F5498">
      <w:pPr>
        <w:spacing w:after="40"/>
      </w:pPr>
    </w:p>
    <w:p w14:paraId="0A130AA6" w14:textId="77777777" w:rsidR="000F5498" w:rsidRPr="000F5498" w:rsidRDefault="000F5498">
      <w:pPr>
        <w:spacing w:after="40"/>
      </w:pPr>
    </w:p>
    <w:p w14:paraId="7A0EDEC8" w14:textId="77777777" w:rsidR="000F5498" w:rsidRPr="000F5498" w:rsidRDefault="000F5498">
      <w:pPr>
        <w:spacing w:after="40"/>
      </w:pPr>
    </w:p>
    <w:p w14:paraId="49B0EC53" w14:textId="77777777" w:rsidR="000F5498" w:rsidRPr="000F5498" w:rsidRDefault="000F5498">
      <w:pPr>
        <w:spacing w:after="40"/>
      </w:pPr>
    </w:p>
    <w:p w14:paraId="42E4CCDE" w14:textId="77777777" w:rsidR="000F5498" w:rsidRPr="000F5498" w:rsidRDefault="000F5498">
      <w:pPr>
        <w:spacing w:after="40"/>
      </w:pPr>
    </w:p>
    <w:p w14:paraId="773B8317" w14:textId="77777777" w:rsidR="000F5498" w:rsidRDefault="000F5498">
      <w:pPr>
        <w:spacing w:after="40"/>
      </w:pPr>
    </w:p>
    <w:p w14:paraId="79C2E06E" w14:textId="77777777" w:rsidR="00224747" w:rsidRDefault="00224747">
      <w:pPr>
        <w:spacing w:after="40"/>
      </w:pPr>
    </w:p>
    <w:p w14:paraId="6C03BD6B" w14:textId="77777777" w:rsidR="00224747" w:rsidRDefault="00224747">
      <w:pPr>
        <w:spacing w:after="40"/>
      </w:pPr>
    </w:p>
    <w:p w14:paraId="5411E69F" w14:textId="77777777" w:rsidR="00224747" w:rsidRDefault="00224747">
      <w:pPr>
        <w:spacing w:after="40"/>
      </w:pPr>
    </w:p>
    <w:p w14:paraId="1C279FCE" w14:textId="77777777" w:rsidR="00224747" w:rsidRPr="000F5498" w:rsidRDefault="00224747">
      <w:pPr>
        <w:spacing w:after="40"/>
      </w:pPr>
    </w:p>
    <w:p w14:paraId="278D51E8" w14:textId="77777777" w:rsidR="000F5498" w:rsidRPr="000F5498" w:rsidRDefault="000F5498">
      <w:pPr>
        <w:spacing w:after="40"/>
      </w:pPr>
    </w:p>
    <w:p w14:paraId="5BDC4BA8" w14:textId="2B444D1C" w:rsidR="00961050" w:rsidRPr="000F5498" w:rsidRDefault="000F5498" w:rsidP="000F5498">
      <w:pPr>
        <w:spacing w:after="40"/>
        <w:jc w:val="both"/>
      </w:pPr>
      <w:proofErr w:type="spellStart"/>
      <w:r w:rsidRPr="000F5498">
        <w:t>Aláírás</w:t>
      </w:r>
      <w:proofErr w:type="spellEnd"/>
    </w:p>
    <w:sectPr w:rsidR="00961050" w:rsidRPr="000F5498" w:rsidSect="000F5498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7098127">
    <w:abstractNumId w:val="8"/>
  </w:num>
  <w:num w:numId="2" w16cid:durableId="798763895">
    <w:abstractNumId w:val="6"/>
  </w:num>
  <w:num w:numId="3" w16cid:durableId="862741913">
    <w:abstractNumId w:val="5"/>
  </w:num>
  <w:num w:numId="4" w16cid:durableId="692459298">
    <w:abstractNumId w:val="4"/>
  </w:num>
  <w:num w:numId="5" w16cid:durableId="1174151946">
    <w:abstractNumId w:val="7"/>
  </w:num>
  <w:num w:numId="6" w16cid:durableId="325013056">
    <w:abstractNumId w:val="3"/>
  </w:num>
  <w:num w:numId="7" w16cid:durableId="1013150389">
    <w:abstractNumId w:val="2"/>
  </w:num>
  <w:num w:numId="8" w16cid:durableId="783034872">
    <w:abstractNumId w:val="1"/>
  </w:num>
  <w:num w:numId="9" w16cid:durableId="1332686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5498"/>
    <w:rsid w:val="0015074B"/>
    <w:rsid w:val="00224747"/>
    <w:rsid w:val="0023625B"/>
    <w:rsid w:val="0026360C"/>
    <w:rsid w:val="0029639D"/>
    <w:rsid w:val="00326F90"/>
    <w:rsid w:val="00425609"/>
    <w:rsid w:val="005205D4"/>
    <w:rsid w:val="00556F1D"/>
    <w:rsid w:val="00766696"/>
    <w:rsid w:val="00961050"/>
    <w:rsid w:val="00AA1D8D"/>
    <w:rsid w:val="00B47730"/>
    <w:rsid w:val="00BB593E"/>
    <w:rsid w:val="00BF711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085ECD"/>
  <w14:defaultImageDpi w14:val="300"/>
  <w15:docId w15:val="{F0A9F2B8-BA33-4417-93D6-02EADCBC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Motivációs esszé a pedagógusi pálya választásáról</dc:title>
  <dc:subject>Alegerea carierei didactice</dc:subject>
  <dc:creator>Imre Pentek</dc:creator>
  <cp:keywords/>
  <dc:description>generated by python-docx</dc:description>
  <cp:lastModifiedBy>CSILLA DAMIAN</cp:lastModifiedBy>
  <cp:revision>2</cp:revision>
  <dcterms:created xsi:type="dcterms:W3CDTF">2026-07-23T09:03:00Z</dcterms:created>
  <dcterms:modified xsi:type="dcterms:W3CDTF">2026-07-23T09:03:00Z</dcterms:modified>
  <cp:category/>
</cp:coreProperties>
</file>